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  <w:color w:val="8B0000"/>
          <w:sz w:val="40"/>
        </w:rPr>
        <w:t>陈氏族谱 · 七条峪支 · 昌立公后裔世系图</w:t>
      </w:r>
    </w:p>
    <w:p>
      <w:pPr>
        <w:jc w:val="center"/>
      </w:pPr>
      <w:r>
        <w:rPr>
          <w:color w:val="666666"/>
          <w:sz w:val="22"/>
        </w:rPr>
        <w:t>（二十世 昌立公 → 二十八世，居虎形七条峪）</w:t>
      </w:r>
    </w:p>
    <w:p/>
    <w:p>
      <w:pPr>
        <w:spacing w:after="40" w:before="0"/>
      </w:pP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[二十世] </w:t>
      </w:r>
      <w:r>
        <w:rPr>
          <w:b/>
          <w:color w:val="1F3A68"/>
          <w:sz w:val="22"/>
        </w:rPr>
        <w:t>昌立</w:t>
      </w:r>
      <w:r>
        <w:rPr>
          <w:color w:val="555555"/>
          <w:sz w:val="18"/>
        </w:rPr>
        <w:t xml:space="preserve">  ｜ 二十世。居虎形七条峪。配钟氏。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[二十一世] </w:t>
      </w:r>
      <w:r>
        <w:rPr>
          <w:b/>
          <w:color w:val="1F3A68"/>
          <w:sz w:val="22"/>
        </w:rPr>
        <w:t>立任</w:t>
      </w:r>
      <w:r>
        <w:rPr>
          <w:color w:val="555555"/>
          <w:sz w:val="18"/>
        </w:rPr>
        <w:t xml:space="preserve">  ｜ 二十一世，昌立长子，配彭氏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名铎</w:t>
      </w:r>
      <w:r>
        <w:rPr>
          <w:color w:val="555555"/>
          <w:sz w:val="18"/>
        </w:rPr>
        <w:t xml:space="preserve">  ｜ 二十二世，配彭氏，继配梅氏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天礼</w:t>
      </w:r>
      <w:r>
        <w:rPr>
          <w:color w:val="555555"/>
          <w:sz w:val="18"/>
        </w:rPr>
        <w:t xml:space="preserve">  ｜ 二十三世，绝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天祥</w:t>
      </w:r>
      <w:r>
        <w:rPr>
          <w:color w:val="555555"/>
          <w:sz w:val="18"/>
        </w:rPr>
        <w:t xml:space="preserve">  ｜ 二十三世，绝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天福</w:t>
      </w:r>
      <w:r>
        <w:rPr>
          <w:color w:val="555555"/>
          <w:sz w:val="18"/>
        </w:rPr>
        <w:t xml:space="preserve">  ｜ 二十三世，配彭氏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才成</w:t>
      </w:r>
      <w:r>
        <w:rPr>
          <w:color w:val="555555"/>
          <w:sz w:val="18"/>
        </w:rPr>
        <w:t xml:space="preserve">  ｜ 二十四世，配王纪芝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广凤</w:t>
      </w:r>
      <w:r>
        <w:rPr>
          <w:color w:val="555555"/>
          <w:sz w:val="18"/>
        </w:rPr>
        <w:t xml:space="preserve">  ｜ 二十五世，配王月娥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功盛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广岩</w:t>
      </w:r>
      <w:r>
        <w:rPr>
          <w:color w:val="555555"/>
          <w:sz w:val="18"/>
        </w:rPr>
        <w:t xml:space="preserve">  ｜ 二十五世，配向才春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海英</w:t>
      </w:r>
      <w:r>
        <w:rPr>
          <w:color w:val="555555"/>
          <w:sz w:val="18"/>
        </w:rPr>
        <w:t xml:space="preserve">  ｜ 二十六世，赘婿卓尚跃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广权</w:t>
      </w:r>
      <w:r>
        <w:rPr>
          <w:color w:val="555555"/>
          <w:sz w:val="18"/>
        </w:rPr>
        <w:t xml:space="preserve">  ｜ 二十五世，配卓秀兰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功德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晓霞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才见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才用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才万</w:t>
      </w:r>
      <w:r>
        <w:rPr>
          <w:color w:val="555555"/>
          <w:sz w:val="18"/>
        </w:rPr>
        <w:t xml:space="preserve">  ｜ 二十四世，配李凤芝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广次</w:t>
      </w:r>
      <w:r>
        <w:rPr>
          <w:color w:val="555555"/>
          <w:sz w:val="18"/>
        </w:rPr>
        <w:t xml:space="preserve">  ｜ 二十五世，配龚玉凤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金明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金钢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才木</w:t>
      </w:r>
      <w:r>
        <w:rPr>
          <w:color w:val="555555"/>
          <w:sz w:val="18"/>
        </w:rPr>
        <w:t xml:space="preserve">  ｜ 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天依</w:t>
      </w:r>
      <w:r>
        <w:rPr>
          <w:color w:val="555555"/>
          <w:sz w:val="18"/>
        </w:rPr>
        <w:t xml:space="preserve">  ｜ 二十三世（1880–1931），配唐芹芝（1894–1972）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才友</w:t>
      </w:r>
      <w:r>
        <w:rPr>
          <w:color w:val="555555"/>
          <w:sz w:val="18"/>
        </w:rPr>
        <w:t xml:space="preserve">  ｜ 二十四世，配王松香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才柏</w:t>
      </w:r>
      <w:r>
        <w:rPr>
          <w:color w:val="555555"/>
          <w:sz w:val="18"/>
        </w:rPr>
        <w:t xml:space="preserve">  ｜ 二十四世（1924–1999），配王新芝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广大</w:t>
      </w:r>
      <w:r>
        <w:rPr>
          <w:color w:val="555555"/>
          <w:sz w:val="18"/>
        </w:rPr>
        <w:t xml:space="preserve">  ｜ 二十五世，字建民，配彭雪云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红星</w:t>
      </w:r>
      <w:r>
        <w:rPr>
          <w:color w:val="555555"/>
          <w:sz w:val="18"/>
        </w:rPr>
        <w:t xml:space="preserve">  ｜ 二十六世，配陈玲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澧沅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红晖</w:t>
      </w:r>
      <w:r>
        <w:rPr>
          <w:color w:val="555555"/>
          <w:sz w:val="18"/>
        </w:rPr>
        <w:t xml:space="preserve">  ｜ 二十六世，配彭秋兰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思源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广厚</w:t>
      </w:r>
      <w:r>
        <w:rPr>
          <w:color w:val="555555"/>
          <w:sz w:val="18"/>
        </w:rPr>
        <w:t xml:space="preserve">  ｜ 二十五世，电机师，配李启曼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陈鹏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广益</w:t>
      </w:r>
      <w:r>
        <w:rPr>
          <w:color w:val="555555"/>
          <w:sz w:val="18"/>
        </w:rPr>
        <w:t xml:space="preserve">  ｜ 二十五世，配彭辉浓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陈伟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陈英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陈秀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才贯</w:t>
      </w:r>
      <w:r>
        <w:rPr>
          <w:color w:val="555555"/>
          <w:sz w:val="18"/>
        </w:rPr>
        <w:t xml:space="preserve">  ｜ 二十四世，配王玉桃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广泽</w:t>
      </w:r>
      <w:r>
        <w:rPr>
          <w:color w:val="555555"/>
          <w:sz w:val="18"/>
        </w:rPr>
        <w:t xml:space="preserve">  ｜ 二十五世，配彭清浓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文斌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秀丽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广祥</w:t>
      </w:r>
      <w:r>
        <w:rPr>
          <w:color w:val="555555"/>
          <w:sz w:val="18"/>
        </w:rPr>
        <w:t xml:space="preserve">  ｜ 二十五世，配王菊华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立军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小平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│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立琼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名银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[二十一世] </w:t>
      </w:r>
      <w:r>
        <w:rPr>
          <w:b/>
          <w:color w:val="1F3A68"/>
          <w:sz w:val="22"/>
        </w:rPr>
        <w:t>立保</w:t>
      </w:r>
      <w:r>
        <w:rPr>
          <w:color w:val="555555"/>
          <w:sz w:val="18"/>
        </w:rPr>
        <w:t xml:space="preserve">  ｜ 二十一世，次子，配彭氏，绝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[二十一世] </w:t>
      </w:r>
      <w:r>
        <w:rPr>
          <w:b/>
          <w:color w:val="1F3A68"/>
          <w:sz w:val="22"/>
        </w:rPr>
        <w:t>立休</w:t>
      </w:r>
      <w:r>
        <w:rPr>
          <w:color w:val="555555"/>
          <w:sz w:val="18"/>
        </w:rPr>
        <w:t xml:space="preserve">  ｜ 二十一世，三子，绝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[二十一世] </w:t>
      </w:r>
      <w:r>
        <w:rPr>
          <w:b/>
          <w:color w:val="1F3A68"/>
          <w:sz w:val="22"/>
        </w:rPr>
        <w:t>立攸</w:t>
      </w:r>
      <w:r>
        <w:rPr>
          <w:color w:val="555555"/>
          <w:sz w:val="18"/>
        </w:rPr>
        <w:t xml:space="preserve">  ｜ 二十一世，四子，配彭氏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名锡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名金</w:t>
      </w:r>
      <w:r>
        <w:rPr>
          <w:color w:val="555555"/>
          <w:sz w:val="18"/>
        </w:rPr>
        <w:t xml:space="preserve">  ｜ 二十二世，配柳氏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天会</w:t>
      </w:r>
      <w:r>
        <w:rPr>
          <w:color w:val="555555"/>
          <w:sz w:val="18"/>
        </w:rPr>
        <w:t xml:space="preserve">  ｜ 二十三世，配彭氏（继配彭氏）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才华</w:t>
      </w:r>
      <w:r>
        <w:rPr>
          <w:color w:val="555555"/>
          <w:sz w:val="18"/>
        </w:rPr>
        <w:t xml:space="preserve">  ｜ 二十四世，配谷氏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广业</w:t>
      </w:r>
      <w:r>
        <w:rPr>
          <w:color w:val="555555"/>
          <w:sz w:val="18"/>
        </w:rPr>
        <w:t xml:space="preserve">  ｜ 二十五世（1908–1961），配肖玉香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功学</w:t>
      </w:r>
      <w:r>
        <w:rPr>
          <w:color w:val="555555"/>
          <w:sz w:val="18"/>
        </w:rPr>
        <w:t xml:space="preserve">  ｜ 二十六世，配王玉英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志环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志乾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功照</w:t>
      </w:r>
      <w:r>
        <w:rPr>
          <w:color w:val="555555"/>
          <w:sz w:val="18"/>
        </w:rPr>
        <w:t xml:space="preserve">  ｜ 二十六世，配彭月英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峻国</w:t>
      </w:r>
      <w:r>
        <w:rPr>
          <w:color w:val="555555"/>
          <w:sz w:val="18"/>
        </w:rPr>
        <w:t xml:space="preserve">  ｜ 二十七世，配王春云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佳伟</w:t>
      </w:r>
      <w:r>
        <w:rPr>
          <w:color w:val="555555"/>
          <w:sz w:val="18"/>
        </w:rPr>
        <w:t xml:space="preserve">  ｜ 二十八世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陈红</w:t>
      </w:r>
      <w:r>
        <w:rPr>
          <w:color w:val="555555"/>
          <w:sz w:val="18"/>
        </w:rPr>
        <w:t xml:space="preserve">  ｜ 二十八世（女）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小艮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功撰</w:t>
      </w:r>
      <w:r>
        <w:rPr>
          <w:color w:val="555555"/>
          <w:sz w:val="18"/>
        </w:rPr>
        <w:t xml:space="preserve">  ｜ 二十六世，配王本贵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峻平</w:t>
      </w:r>
      <w:r>
        <w:rPr>
          <w:color w:val="555555"/>
          <w:sz w:val="18"/>
        </w:rPr>
        <w:t xml:space="preserve">  ｜ 二十七世，配王美华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柳冰</w:t>
      </w:r>
      <w:r>
        <w:rPr>
          <w:color w:val="555555"/>
          <w:sz w:val="18"/>
        </w:rPr>
        <w:t xml:space="preserve">  ｜ 二十八世（女）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天星</w:t>
      </w:r>
      <w:r>
        <w:rPr>
          <w:color w:val="555555"/>
          <w:sz w:val="18"/>
        </w:rPr>
        <w:t xml:space="preserve">  ｜ 二十三世，绝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天洪</w:t>
      </w:r>
      <w:r>
        <w:rPr>
          <w:color w:val="555555"/>
          <w:sz w:val="18"/>
        </w:rPr>
        <w:t xml:space="preserve">  ｜ 二十三世，配王氏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才贵</w:t>
      </w:r>
      <w:r>
        <w:rPr>
          <w:color w:val="555555"/>
          <w:sz w:val="18"/>
        </w:rPr>
        <w:t xml:space="preserve">  ｜ 二十四世，配彭氏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广月</w:t>
      </w:r>
      <w:r>
        <w:rPr>
          <w:color w:val="555555"/>
          <w:sz w:val="18"/>
        </w:rPr>
        <w:t xml:space="preserve">  ｜ 二十五世（1917–1986），配钟金香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功泰</w:t>
      </w:r>
      <w:r>
        <w:rPr>
          <w:color w:val="555555"/>
          <w:sz w:val="18"/>
        </w:rPr>
        <w:t xml:space="preserve">  ｜ 二十六世，配彭金秀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峻文</w:t>
      </w:r>
      <w:r>
        <w:rPr>
          <w:color w:val="555555"/>
          <w:sz w:val="18"/>
        </w:rPr>
        <w:t xml:space="preserve">  ｜ 二十七世，配朱玉兰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佳敏</w:t>
      </w:r>
      <w:r>
        <w:rPr>
          <w:color w:val="555555"/>
          <w:sz w:val="18"/>
        </w:rPr>
        <w:t xml:space="preserve">  ｜ 二十八世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峻武</w:t>
      </w:r>
      <w:r>
        <w:rPr>
          <w:color w:val="555555"/>
          <w:sz w:val="18"/>
        </w:rPr>
        <w:t xml:space="preserve">  ｜ 二十七世，配石玲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│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佳鑫</w:t>
      </w:r>
      <w:r>
        <w:rPr>
          <w:color w:val="555555"/>
          <w:sz w:val="18"/>
        </w:rPr>
        <w:t xml:space="preserve">  ｜ 二十八世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才近</w:t>
      </w:r>
      <w:r>
        <w:rPr>
          <w:color w:val="555555"/>
          <w:sz w:val="18"/>
        </w:rPr>
        <w:t xml:space="preserve">  ｜ 二十四世，出嗣天赐，配王丹芝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广亮</w:t>
      </w:r>
      <w:r>
        <w:rPr>
          <w:color w:val="555555"/>
          <w:sz w:val="18"/>
        </w:rPr>
        <w:t xml:space="preserve">  ｜ 二十五世（1920–1959），配王凤芝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功碧</w:t>
      </w:r>
      <w:r>
        <w:rPr>
          <w:color w:val="555555"/>
          <w:sz w:val="18"/>
        </w:rPr>
        <w:t xml:space="preserve">  ｜ 二十六世，配王仕英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迎秀</w:t>
      </w:r>
      <w:r>
        <w:rPr>
          <w:color w:val="555555"/>
          <w:sz w:val="18"/>
        </w:rPr>
        <w:t xml:space="preserve">  ｜ 二十七世（女），赘婿彭齐元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彭陈</w:t>
      </w:r>
      <w:r>
        <w:rPr>
          <w:color w:val="555555"/>
          <w:sz w:val="18"/>
        </w:rPr>
        <w:t xml:space="preserve">  ｜ 二十八世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[二十八世] </w:t>
      </w:r>
      <w:r>
        <w:rPr>
          <w:b/>
          <w:color w:val="1F3A68"/>
          <w:sz w:val="22"/>
        </w:rPr>
        <w:t>彭佳</w:t>
      </w:r>
      <w:r>
        <w:rPr>
          <w:color w:val="555555"/>
          <w:sz w:val="18"/>
        </w:rPr>
        <w:t xml:space="preserve">  ｜ 二十八世（女）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迎娇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天赐</w:t>
      </w:r>
      <w:r>
        <w:rPr>
          <w:color w:val="555555"/>
          <w:sz w:val="18"/>
        </w:rPr>
        <w:t xml:space="preserve">  ｜ 二十三世，配彭氏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才近</w:t>
      </w:r>
      <w:r>
        <w:rPr>
          <w:color w:val="555555"/>
          <w:sz w:val="18"/>
        </w:rPr>
        <w:t xml:space="preserve">  ｜ 嗣子（见天洪下）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天锡</w:t>
      </w:r>
      <w:r>
        <w:rPr>
          <w:color w:val="555555"/>
          <w:sz w:val="18"/>
        </w:rPr>
        <w:t xml:space="preserve">  ｜ 二十三世（1882–1948），出嗣名镇，配彭玉芝（1885–1960）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才儒</w:t>
      </w:r>
      <w:r>
        <w:rPr>
          <w:color w:val="555555"/>
          <w:sz w:val="18"/>
        </w:rPr>
        <w:t xml:space="preserve">  ｜ 二十四世（1905–1963），配彭翠芝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广举</w:t>
      </w:r>
      <w:r>
        <w:rPr>
          <w:color w:val="555555"/>
          <w:sz w:val="18"/>
        </w:rPr>
        <w:t xml:space="preserve">  ｜ 二十五世（1935–1961）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功友</w:t>
      </w:r>
      <w:r>
        <w:rPr>
          <w:color w:val="555555"/>
          <w:sz w:val="18"/>
        </w:rPr>
        <w:t xml:space="preserve">  ｜ 二十六世，嗣子，配邓成菊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双洪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陈杰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陈盼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才盛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才能</w:t>
      </w:r>
      <w:r>
        <w:rPr>
          <w:color w:val="555555"/>
          <w:sz w:val="18"/>
        </w:rPr>
        <w:t xml:space="preserve">  ｜ 二十四世（1915–2003），配王玉芝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广先</w:t>
      </w:r>
      <w:r>
        <w:rPr>
          <w:color w:val="555555"/>
          <w:sz w:val="18"/>
        </w:rPr>
        <w:t xml:space="preserve">  ｜ 二十五世，配王玉双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彩娥</w:t>
      </w:r>
      <w:r>
        <w:rPr>
          <w:color w:val="555555"/>
          <w:sz w:val="18"/>
        </w:rPr>
        <w:t xml:space="preserve">  ｜ 二十六世（女），赘婿黎克卡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峻老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峻贤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广字</w:t>
      </w:r>
      <w:r>
        <w:rPr>
          <w:color w:val="555555"/>
          <w:sz w:val="18"/>
        </w:rPr>
        <w:t xml:space="preserve">  ｜ 二十五世（1946– ），配彭碧英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陈波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陈彬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陈佐</w:t>
      </w:r>
      <w:r>
        <w:rPr>
          <w:color w:val="555555"/>
          <w:sz w:val="18"/>
        </w:rPr>
        <w:t xml:space="preserve">  ｜ 二十六世，配谷碧凤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才云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才滚</w:t>
      </w:r>
      <w:r>
        <w:rPr>
          <w:color w:val="555555"/>
          <w:sz w:val="18"/>
        </w:rPr>
        <w:t xml:space="preserve">  ｜ 殇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才传</w:t>
      </w:r>
      <w:r>
        <w:rPr>
          <w:color w:val="555555"/>
          <w:sz w:val="18"/>
        </w:rPr>
        <w:t xml:space="preserve">  ｜ 二十四世（1923– ），配何友芝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金艮</w:t>
      </w:r>
      <w:r>
        <w:rPr>
          <w:color w:val="555555"/>
          <w:sz w:val="18"/>
        </w:rPr>
        <w:t xml:space="preserve">  ｜ 二十五世（女），赘婿向翌官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冬莲</w:t>
      </w:r>
      <w:r>
        <w:rPr>
          <w:color w:val="555555"/>
          <w:sz w:val="18"/>
        </w:rPr>
        <w:t xml:space="preserve">  ｜ 二十六世（女），赘婿肖友生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肖均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明春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桂春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桂华</w:t>
      </w:r>
      <w:r>
        <w:rPr>
          <w:color w:val="555555"/>
          <w:sz w:val="18"/>
        </w:rPr>
        <w:t xml:space="preserve">  ｜ 二十六世（女）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名镇</w:t>
      </w:r>
      <w:r>
        <w:rPr>
          <w:color w:val="555555"/>
          <w:sz w:val="18"/>
        </w:rPr>
        <w:t xml:space="preserve">  ｜ 二十二世，配刘氏，嗣子天锡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天锡</w:t>
      </w:r>
      <w:r>
        <w:rPr>
          <w:color w:val="555555"/>
          <w:sz w:val="18"/>
        </w:rPr>
        <w:t xml:space="preserve">  ｜ 嗣子（见名金下）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[二十二世] </w:t>
      </w:r>
      <w:r>
        <w:rPr>
          <w:b/>
          <w:color w:val="1F3A68"/>
          <w:sz w:val="22"/>
        </w:rPr>
        <w:t>名清</w:t>
      </w:r>
      <w:r>
        <w:rPr>
          <w:color w:val="555555"/>
          <w:sz w:val="18"/>
        </w:rPr>
        <w:t xml:space="preserve">  ｜ 二十二世，配龚氏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[二十三世] </w:t>
      </w:r>
      <w:r>
        <w:rPr>
          <w:b/>
          <w:color w:val="1F3A68"/>
          <w:sz w:val="22"/>
        </w:rPr>
        <w:t>天仕</w:t>
      </w:r>
      <w:r>
        <w:rPr>
          <w:color w:val="555555"/>
          <w:sz w:val="18"/>
        </w:rPr>
        <w:t xml:space="preserve">  ｜ 二十三世，配口氏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[二十四世] </w:t>
      </w:r>
      <w:r>
        <w:rPr>
          <w:b/>
          <w:color w:val="1F3A68"/>
          <w:sz w:val="22"/>
        </w:rPr>
        <w:t>才喜</w:t>
      </w:r>
      <w:r>
        <w:rPr>
          <w:color w:val="555555"/>
          <w:sz w:val="18"/>
        </w:rPr>
        <w:t xml:space="preserve">  ｜ 二十四世（1908–1984），嗣子，配章月香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[二十五世] </w:t>
      </w:r>
      <w:r>
        <w:rPr>
          <w:b/>
          <w:color w:val="1F3A68"/>
          <w:sz w:val="22"/>
        </w:rPr>
        <w:t>广宇</w:t>
      </w:r>
      <w:r>
        <w:rPr>
          <w:color w:val="555555"/>
          <w:sz w:val="18"/>
        </w:rPr>
        <w:t xml:space="preserve">  ｜ 二十五世（1935–1994），配王规秀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功仁</w:t>
      </w:r>
      <w:r>
        <w:rPr>
          <w:color w:val="555555"/>
          <w:sz w:val="18"/>
        </w:rPr>
        <w:t xml:space="preserve">  ｜ 二十六世，配张佑莲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   │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峻祥</w:t>
      </w:r>
      <w:r>
        <w:rPr>
          <w:color w:val="555555"/>
          <w:sz w:val="18"/>
        </w:rPr>
        <w:t xml:space="preserve">  ｜ 二十七世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   │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[二十七世] </w:t>
      </w:r>
      <w:r>
        <w:rPr>
          <w:b/>
          <w:color w:val="1F3A68"/>
          <w:sz w:val="22"/>
        </w:rPr>
        <w:t>金花</w:t>
      </w:r>
      <w:r>
        <w:rPr>
          <w:color w:val="555555"/>
          <w:sz w:val="18"/>
        </w:rPr>
        <w:t xml:space="preserve">  ｜ 二十七世（女）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   </w:t>
      </w:r>
      <w:r>
        <w:rPr>
          <w:rFonts w:ascii="Consolas" w:hAnsi="Consolas"/>
          <w:sz w:val="21"/>
        </w:rPr>
        <w:t xml:space="preserve">├─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功义</w:t>
      </w:r>
      <w:r>
        <w:rPr>
          <w:color w:val="555555"/>
          <w:sz w:val="18"/>
        </w:rPr>
        <w:t xml:space="preserve">  ｜ 二十六世</w:t>
      </w:r>
    </w:p>
    <w:p>
      <w:pPr>
        <w:spacing w:after="40" w:before="0"/>
      </w:pPr>
      <w:r>
        <w:rPr>
          <w:rFonts w:ascii="Consolas" w:hAnsi="Consolas"/>
          <w:sz w:val="21"/>
        </w:rPr>
        <w:t xml:space="preserve">                  </w:t>
      </w:r>
      <w:r>
        <w:rPr>
          <w:rFonts w:ascii="Consolas" w:hAnsi="Consolas"/>
          <w:sz w:val="21"/>
        </w:rPr>
        <w:t xml:space="preserve">└─ </w:t>
      </w:r>
      <w:r>
        <w:rPr>
          <w:color w:val="888888"/>
          <w:sz w:val="18"/>
        </w:rPr>
        <w:t xml:space="preserve">[二十六世] </w:t>
      </w:r>
      <w:r>
        <w:rPr>
          <w:b/>
          <w:color w:val="1F3A68"/>
          <w:sz w:val="22"/>
        </w:rPr>
        <w:t>彩凤</w:t>
      </w:r>
      <w:r>
        <w:rPr>
          <w:color w:val="555555"/>
          <w:sz w:val="18"/>
        </w:rPr>
        <w:t xml:space="preserve">  ｜ 二十六世（女）</w:t>
      </w:r>
    </w:p>
    <w:p/>
    <w:p>
      <w:r>
        <w:rPr>
          <w:b/>
        </w:rPr>
        <w:t>说明：</w:t>
        <w:br/>
      </w:r>
      <w:r>
        <w:t>1. 「嗣子」为过继承祧之子，「出嗣」为本生之子过继给兄弟为嗣。</w:t>
        <w:br/>
        <w:t>2. 「殇」指幼年夭折，「绝」指无后。</w:t>
        <w:br/>
        <w:t>3. 「赘婿」为女家招赘入门，子女随母姓或另立。</w:t>
        <w:br/>
        <w:t>4. 本图据 chenzuo.cn/post/1569.html《陈氏族谱七条峪支谱》整理。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